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מכתש 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מכתש סחיפה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סחיפה של מים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מיליוני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מסחיפה של מים ורוח, לא ממטאוריט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(כ-40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(עד כ-9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(עד כ-350 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(סחיפה של מים ורוח)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ורוח סחפו בהדרגה את הסלעים הרכים במשך מיליוני שנים, והשאירו קערה ענקית עם קירות תלולים.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סחיפה של מים ורוח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כ-40 קילומטרים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גשם, רוח, גלי ים או קרח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מכתש רמון לפני התרגול כדי לחזק את ההמחשה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ההבדל בין סחיפה למטאוריט ולהר געש לפני פתרון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לחשוב על תהליכים איטיים שהם מכירים מהסביבה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מכתש רמון שבנגב הוא מכתש הסחיפה הגדול בעולם. הוא נוצר במשך מיליוני שנים כתוצאה מפעולת מים ורוח, ולא ממטאוריט או מהר געש.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סחיפה  ·  נגב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מכתש רמון נמצא באיזה אזור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יצר את מכתש רמון?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מטאוריט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סחיפה של מים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לקח למכתש להיווצר?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מיליוני 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מכתש רמון נוצר ממטאוריט שפגע בכדור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מכתשי סחיפה כמו מכתש רמון נדירים מאוד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מכתש רמון הוא מכתש ה__________ הגדול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מכתש רמון נמצא באזור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אורך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סחיפה של מים ורוח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רוחב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עד כ-350 מטר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עומק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כ-40 קילומטרים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הגורם ליצירת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עד כ-9 קילומטרים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בשתי משפטים איך נוצר מכתש רמון.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יצר את מכתש רמון?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אורך המכתש בקירוב?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מכתש רמון – מכתש הסחיפה הגדול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