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מכתש רמון – מכתש הסחיפה הגדול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מכתש רמון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נוצר מכתש סחיפה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מידעי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סחיפה של מים ורוח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מיליוני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ההיסטוריה של האזור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40 קילומטרים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נוצר מסחיפה של מים ורוח, לא ממטאוריט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נמסר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בנגב יש כמה מכתשים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התהליך ארך מיליוני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לנתון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(כ-40 קילומטרים)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(עד כ-9 קילומטרים)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(עד כ-350 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(סחיפה של מים ורוח)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(הנגב)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ורוח סחפו בהדרגה את הסלעים הרכים במשך מיליוני שנים, והשאירו קערה ענקית עם קירות תלולים.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לשתי דוגמאות הגיוניות כמו גשם, רוח, גלי ים, קרח, ולהסבר קצר כיצד כל אחת משנה את הנוף בהדרגה.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סחיפה של מים ורוח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כ-40 קילומטרים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גשם, רוח, גלי ים או קרח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של מכתש רמון לפני התרגול כדי לחזק את ההמחשה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ההבדל בין סחיפה למטאוריט ולהר געש לפני פתרון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לחשוב על תהליכים איטיים שהם מכירים מהסביבה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מכתש רמון – מכתש הסחיפה הגדול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מכתש רמון נמצא בנגב. הוא גדול מאוד. מים ורוח יצרו אותו לאט לאט, במשך הרבה מאוד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קערה טבעית ענקית בשכבת סלע, עם קירות תלולים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מים ורוח מפוררים ומזיזים חלקי סלע לאט לאט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הנגב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מדברי גדול בדרום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מטאוריט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מהחלל שנופל ופוגע בכדור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געש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שמתפרץ ממנו חומר לוהט מתוך 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 סלע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שכבות שונות של אבן שנוצרו זו מעל זו במשך זמן 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משופע בחדות כלפי מעלה או 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הדרגתי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שקורה לאט, צעד אחר צעד, במשך זמן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 מכתש רמון?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נוצר המכתש?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מטאוריט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סחיפה של מים ורוח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ארך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מיליוני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בשכבות הסלע?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 של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ההיסטוריה של האזור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שמות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מחיר הקרקע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ארוך המכתש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קילומטרים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קילומטרים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 קילומטרים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4000 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נוצר ממטאוריט שפגע בכדור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מכתשי סחיפה כמו מכתש רמון נדירים מאוד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עומק מכתש רמון מגיע עד כ-350 מטר.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בנגב יש רק מכתש סחיפה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נוצר תוך שבוע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מכתש רמון הוא מכתש ה__________ הגדול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אורכו של מכתש רמון הוא כ-__________ קילומטרים.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רוחבו של המכתש מגיע עד כ-__________ קילומטרים.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מכתש רמון נמצא באזור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במשך מיליוני שנים __________ ורוח סחפו בהדרגה את הסלעים הרכים.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אורך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עד כ-9 קילומטרים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רוחב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עד כ-350 מטר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עומק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הנגב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הגורם ליצירת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כ-40 קילומטרים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מיקום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סחיפה של מים ורוח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בשתי משפטים איך נוצר מכתש רמון.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כוחות טבע נוספים יכולים לשנות נוף לאט לאט, במשך שנים רבות? כתבו שתי דוגמאות והסבירו בקצרה כיצד הן פועלות.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יצר את מכתש רמון?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אורך המכתש בקירוב?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כוח טבע אחד שיכול לשנות נוף במשך שנים רבות.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מכתש רמון – מכתש הסחיפה הגדול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