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מכתש 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מכתש סחיפה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סחיפה של מים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מיליוני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ההיסטוריה של האזור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40 קילומטרים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מסחיפה של מים ורוח, לא ממטאוריט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נמסר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בנגב יש כמה מכתשים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התהליך ארך מיליוני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(כ-40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(עד כ-9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(עד כ-350 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(סחיפה של מים ורוח)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(הנגב)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ורוח סחפו בהדרגה את הסלעים הרכים במשך מיליוני שנים, והשאירו קערה ענקית עם קירות תלולים.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לשתי דוגמאות הגיוניות כמו גשם, רוח, גלי ים, קרח, ולהסבר קצר כיצד כל אחת משנה את הנוף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סחיפה של מים ורוח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כ-40 קילומטרים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גשם, רוח, גלי ים או קרח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מכתש רמון לפני התרגול כדי לחזק את ההמחשה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ההבדל בין סחיפה למטאוריט ולהר געש לפני פתרון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לחשוב על תהליכים איטיים שהם מכירים מהסביבה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מכתש רמון שבנגב הוא מכתש הסחיפה הגדול בעולם. הוא נוצר במשך מיליוני שנים כתוצאה מפעולת מים ורוח, ולא ממטאוריט או מהר געש.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מכתש רמון נמצא באיזה אזור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יצר את מכתש רמון?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מטאוריט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סחיפה של מים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לקח למכתש להיווצר?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מיליוני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ללמוד משכבות הסלע הצבעוניות במכתש?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ההיסטוריה של האזור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שמות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מחיר הקרקע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אורך מכתש רמון בקירוב?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4000 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נוצר ממטאוריט שפגע בכדור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מכתשי סחיפה כמו מכתש רמון נדירים מאוד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עומק מכתש רמון מגיע עד כ-350 מטר.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בנגב יש רק מכתש סחיפה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נוצר תוך שבוע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מכתש רמון הוא מכתש ה__________ הגדול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אורכו של מכתש רמון הוא כ-__________ קילומטרים.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רוחבו של המכתש מגיע עד כ-__________ קילומטרים.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מכתש רמון נמצא באזור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במשך מיליוני שנים __________ ורוח סחפו בהדרגה את הסלעים הרכים.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אורך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רוחב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סחיפה של מים ורוח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עומק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עד כ-9 קילומטרים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הגורם ליצירת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כ-40 קילומטרים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מיקום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עד כ-350 מטר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בשתי משפטים איך נוצר מכתש רמון.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כוחות טבע נוספים יכולים לשנות נוף לאט לאט, במשך שנים רבות? כתבו שתי דוגמאות והסבירו בקצרה כיצד הן פועלות.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יצר את מכתש רמון?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אורך המכתש בקירוב?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כוח טבע אחד שיכול לשנות נוף במשך שנים רבות.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מכתש רמון – מכתש הסחיפה הגדול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